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FBD" w:rsidRPr="00E159EB" w:rsidRDefault="007D0B17">
      <w:pPr>
        <w:jc w:val="center"/>
        <w:rPr>
          <w:rFonts w:cs="Times New Roman"/>
        </w:rPr>
      </w:pPr>
      <w:r w:rsidRPr="00E159EB">
        <w:rPr>
          <w:rFonts w:cs="Times New Roman"/>
          <w:b/>
        </w:rPr>
        <w:t>Договор купли-продажи № ___</w:t>
      </w:r>
      <w:r w:rsidRPr="00E159EB">
        <w:rPr>
          <w:rFonts w:cs="Times New Roman"/>
          <w:b/>
        </w:rPr>
        <w:br/>
        <w:t>транспортного средства</w:t>
      </w:r>
    </w:p>
    <w:p w:rsidR="008A1FBD" w:rsidRPr="00E159EB" w:rsidRDefault="008A1FBD">
      <w:pPr>
        <w:rPr>
          <w:rFonts w:cs="Times New Roman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844"/>
        <w:gridCol w:w="4844"/>
      </w:tblGrid>
      <w:tr w:rsidR="008A1FBD" w:rsidRPr="00E159EB">
        <w:tc>
          <w:tcPr>
            <w:tcW w:w="4844" w:type="dxa"/>
          </w:tcPr>
          <w:p w:rsidR="008A1FBD" w:rsidRPr="00E159EB" w:rsidRDefault="007D0B17" w:rsidP="00531BDB">
            <w:pPr>
              <w:rPr>
                <w:rFonts w:cs="Times New Roman"/>
                <w:lang w:val="ru-RU"/>
              </w:rPr>
            </w:pPr>
            <w:proofErr w:type="spellStart"/>
            <w:r w:rsidRPr="00E159EB">
              <w:rPr>
                <w:rFonts w:cs="Times New Roman"/>
              </w:rPr>
              <w:t>город</w:t>
            </w:r>
            <w:proofErr w:type="spellEnd"/>
            <w:r w:rsidRPr="00E159EB">
              <w:rPr>
                <w:rFonts w:cs="Times New Roman"/>
              </w:rPr>
              <w:t xml:space="preserve"> </w:t>
            </w:r>
            <w:r w:rsidR="00531BDB" w:rsidRPr="00E159EB">
              <w:rPr>
                <w:rFonts w:cs="Times New Roman"/>
                <w:lang w:val="ru-RU"/>
              </w:rPr>
              <w:t>Казань</w:t>
            </w:r>
          </w:p>
        </w:tc>
        <w:tc>
          <w:tcPr>
            <w:tcW w:w="4844" w:type="dxa"/>
          </w:tcPr>
          <w:p w:rsidR="008A1FBD" w:rsidRPr="00E159EB" w:rsidRDefault="007D0B17">
            <w:pPr>
              <w:jc w:val="right"/>
              <w:rPr>
                <w:rFonts w:cs="Times New Roman"/>
              </w:rPr>
            </w:pPr>
            <w:r w:rsidRPr="00E159EB">
              <w:rPr>
                <w:rFonts w:cs="Times New Roman"/>
              </w:rPr>
              <w:t xml:space="preserve">«__» ____________ 2026 </w:t>
            </w:r>
            <w:proofErr w:type="spellStart"/>
            <w:r w:rsidRPr="00E159EB">
              <w:rPr>
                <w:rFonts w:cs="Times New Roman"/>
              </w:rPr>
              <w:t>года</w:t>
            </w:r>
            <w:proofErr w:type="spellEnd"/>
          </w:p>
        </w:tc>
      </w:tr>
    </w:tbl>
    <w:p w:rsidR="008A1FBD" w:rsidRPr="00E159EB" w:rsidRDefault="008A1FBD">
      <w:pPr>
        <w:rPr>
          <w:rFonts w:cs="Times New Roman"/>
        </w:rPr>
      </w:pPr>
    </w:p>
    <w:p w:rsidR="008A1FBD" w:rsidRPr="00E159EB" w:rsidRDefault="00531BDB">
      <w:pPr>
        <w:spacing w:after="120"/>
        <w:ind w:firstLine="709"/>
        <w:rPr>
          <w:rFonts w:cs="Times New Roman"/>
          <w:lang w:val="ru-RU"/>
        </w:rPr>
      </w:pPr>
      <w:r w:rsidRPr="00E159EB">
        <w:rPr>
          <w:rFonts w:cs="Times New Roman"/>
          <w:b/>
          <w:lang w:val="ru-RU"/>
        </w:rPr>
        <w:t>Соколов Денис Вячеславович</w:t>
      </w:r>
      <w:r w:rsidRPr="00E159EB" w:rsidDel="00531BDB">
        <w:rPr>
          <w:rFonts w:cs="Times New Roman"/>
          <w:lang w:val="ru-RU"/>
        </w:rPr>
        <w:t xml:space="preserve"> </w:t>
      </w:r>
      <w:r w:rsidR="007D0B17" w:rsidRPr="00E159EB">
        <w:rPr>
          <w:rFonts w:cs="Times New Roman"/>
          <w:lang w:val="ru-RU"/>
        </w:rPr>
        <w:t>(</w:t>
      </w:r>
      <w:r w:rsidRPr="00E159EB">
        <w:rPr>
          <w:rFonts w:cs="Times New Roman"/>
          <w:lang w:val="ru-RU"/>
        </w:rPr>
        <w:t>18.11.1988</w:t>
      </w:r>
      <w:r w:rsidR="007D0B17" w:rsidRPr="00E159EB">
        <w:rPr>
          <w:rFonts w:cs="Times New Roman"/>
          <w:lang w:val="ru-RU"/>
        </w:rPr>
        <w:t xml:space="preserve"> г.р., место рождения: </w:t>
      </w:r>
      <w:r w:rsidRPr="00E159EB">
        <w:rPr>
          <w:rFonts w:cs="Times New Roman"/>
          <w:lang w:val="ru-RU"/>
        </w:rPr>
        <w:t>г. Лениногорск</w:t>
      </w:r>
      <w:r w:rsidR="007D0B17" w:rsidRPr="00E159EB">
        <w:rPr>
          <w:rFonts w:cs="Times New Roman"/>
          <w:lang w:val="ru-RU"/>
        </w:rPr>
        <w:t xml:space="preserve">, СНИЛС </w:t>
      </w:r>
      <w:r w:rsidRPr="00E159EB">
        <w:rPr>
          <w:rFonts w:cs="Times New Roman"/>
          <w:lang w:val="ru-RU"/>
        </w:rPr>
        <w:t>130-574-491-44</w:t>
      </w:r>
      <w:r w:rsidR="007D0B17" w:rsidRPr="00E159EB">
        <w:rPr>
          <w:rFonts w:cs="Times New Roman"/>
          <w:lang w:val="ru-RU"/>
        </w:rPr>
        <w:t xml:space="preserve">, ИНН </w:t>
      </w:r>
      <w:r w:rsidRPr="00E159EB">
        <w:rPr>
          <w:rFonts w:cs="Times New Roman"/>
          <w:lang w:val="ru-RU"/>
        </w:rPr>
        <w:t>164905709747</w:t>
      </w:r>
      <w:r w:rsidR="007D0B17" w:rsidRPr="00E159EB">
        <w:rPr>
          <w:rFonts w:cs="Times New Roman"/>
          <w:lang w:val="ru-RU"/>
        </w:rPr>
        <w:t xml:space="preserve">, регистрация по месту жительства: </w:t>
      </w:r>
      <w:r w:rsidRPr="00E159EB">
        <w:rPr>
          <w:rFonts w:cs="Times New Roman"/>
          <w:lang w:val="ru-RU"/>
        </w:rPr>
        <w:t xml:space="preserve">420032 г. Казань, ул. </w:t>
      </w:r>
      <w:proofErr w:type="spellStart"/>
      <w:r w:rsidRPr="00E159EB">
        <w:rPr>
          <w:rFonts w:cs="Times New Roman"/>
          <w:lang w:val="ru-RU"/>
        </w:rPr>
        <w:t>Краснококшайская</w:t>
      </w:r>
      <w:proofErr w:type="spellEnd"/>
      <w:r w:rsidRPr="00E159EB">
        <w:rPr>
          <w:rFonts w:cs="Times New Roman"/>
          <w:lang w:val="ru-RU"/>
        </w:rPr>
        <w:t>, д.84Б, к.2, кв.76</w:t>
      </w:r>
      <w:r w:rsidR="007D0B17" w:rsidRPr="00E159EB">
        <w:rPr>
          <w:rFonts w:cs="Times New Roman"/>
          <w:lang w:val="ru-RU"/>
        </w:rPr>
        <w:t xml:space="preserve">, паспорт: серия ____ № ________, выдан ______________________, дата выдачи «__» ________ ____ г., код подразделения ______), в лице финансового управляющего Холкина Сергея Борисовича (ИНН 502300025807, СНИЛС 020-800-841 97), (далее - «Продавец»), действующего на основании решения Арбитражного суда </w:t>
      </w:r>
      <w:r w:rsidRPr="00E159EB">
        <w:rPr>
          <w:rFonts w:cs="Times New Roman"/>
          <w:lang w:val="ru-RU"/>
        </w:rPr>
        <w:t xml:space="preserve">Республики Татарстан </w:t>
      </w:r>
      <w:r w:rsidR="002F122E" w:rsidRPr="00E159EB">
        <w:rPr>
          <w:rFonts w:cs="Times New Roman"/>
          <w:lang w:val="ru-RU"/>
        </w:rPr>
        <w:t>25.06.2025 г. (в резолютивной части опубликовано 10.06.2025 г.) по делу № А65-</w:t>
      </w:r>
      <w:r w:rsidR="002F122E" w:rsidRPr="00E159EB">
        <w:rPr>
          <w:rFonts w:cs="Times New Roman"/>
          <w:noProof/>
          <w:lang w:val="ru-RU"/>
        </w:rPr>
        <w:t>28840</w:t>
      </w:r>
      <w:r w:rsidR="002F122E" w:rsidRPr="00E159EB">
        <w:rPr>
          <w:rFonts w:cs="Times New Roman"/>
          <w:lang w:val="ru-RU"/>
        </w:rPr>
        <w:t>/2024</w:t>
      </w:r>
      <w:r w:rsidR="002F122E" w:rsidRPr="00E159EB">
        <w:rPr>
          <w:rFonts w:cs="Times New Roman"/>
          <w:lang w:val="ru-RU"/>
        </w:rPr>
        <w:t xml:space="preserve"> </w:t>
      </w:r>
      <w:r w:rsidR="007D0B17" w:rsidRPr="00E159EB">
        <w:rPr>
          <w:rFonts w:cs="Times New Roman"/>
          <w:lang w:val="ru-RU"/>
        </w:rPr>
        <w:t>о признании должника несостоятельным (банкротом) и введении процедуры реализации имущества, Федерального закона РФ «О несостоятельности (банкротстве)» № 127-ФЗ от 26.10.2002</w:t>
      </w:r>
      <w:r w:rsidR="009A0BF0">
        <w:rPr>
          <w:rFonts w:cs="Times New Roman"/>
          <w:lang w:val="ru-RU"/>
        </w:rPr>
        <w:t xml:space="preserve"> (</w:t>
      </w:r>
      <w:r w:rsidR="009A0BF0" w:rsidRPr="009A0BF0">
        <w:rPr>
          <w:rFonts w:cs="Times New Roman"/>
          <w:b/>
          <w:lang w:val="ru-RU"/>
        </w:rPr>
        <w:t xml:space="preserve">далее – </w:t>
      </w:r>
      <w:r w:rsidR="009A0BF0">
        <w:rPr>
          <w:rFonts w:cs="Times New Roman"/>
          <w:b/>
          <w:lang w:val="ru-RU"/>
        </w:rPr>
        <w:t>«</w:t>
      </w:r>
      <w:r w:rsidR="009A0BF0" w:rsidRPr="009A0BF0">
        <w:rPr>
          <w:rFonts w:cs="Times New Roman"/>
          <w:b/>
          <w:lang w:val="ru-RU"/>
        </w:rPr>
        <w:t>Продавец</w:t>
      </w:r>
      <w:r w:rsidR="009A0BF0">
        <w:rPr>
          <w:rFonts w:cs="Times New Roman"/>
          <w:b/>
          <w:lang w:val="ru-RU"/>
        </w:rPr>
        <w:t>»</w:t>
      </w:r>
      <w:r w:rsidR="009A0BF0">
        <w:rPr>
          <w:rFonts w:cs="Times New Roman"/>
          <w:lang w:val="ru-RU"/>
        </w:rPr>
        <w:t>),</w:t>
      </w:r>
      <w:r w:rsidR="007D0B17" w:rsidRPr="00E159EB">
        <w:rPr>
          <w:rFonts w:cs="Times New Roman"/>
          <w:lang w:val="ru-RU"/>
        </w:rPr>
        <w:t xml:space="preserve"> с одной стороны, и ________________________________ (____.__._____ г.р., место рождения ______________________, ИНН ____________, СНИЛС ____________) (</w:t>
      </w:r>
      <w:r w:rsidR="007D0B17" w:rsidRPr="009A0BF0">
        <w:rPr>
          <w:rFonts w:cs="Times New Roman"/>
          <w:b/>
          <w:lang w:val="ru-RU"/>
        </w:rPr>
        <w:t>далее - «Покупатель»</w:t>
      </w:r>
      <w:r w:rsidR="007D0B17" w:rsidRPr="00E159EB">
        <w:rPr>
          <w:rFonts w:cs="Times New Roman"/>
          <w:lang w:val="ru-RU"/>
        </w:rPr>
        <w:t>), с другой стороны, заключили настоящий договор о нижеследующем:</w:t>
      </w:r>
    </w:p>
    <w:p w:rsidR="008A1FBD" w:rsidRPr="009A0BF0" w:rsidRDefault="007D0B17" w:rsidP="009A0BF0">
      <w:pPr>
        <w:spacing w:after="0"/>
        <w:ind w:firstLine="709"/>
        <w:rPr>
          <w:rFonts w:cs="Times New Roman"/>
          <w:b/>
          <w:lang w:val="ru-RU"/>
        </w:rPr>
      </w:pPr>
      <w:r w:rsidRPr="00E159EB">
        <w:rPr>
          <w:rFonts w:cs="Times New Roman"/>
          <w:lang w:val="ru-RU"/>
        </w:rPr>
        <w:t xml:space="preserve">Продавец, руководствуясь Законом о банкротстве, Положением о порядке и условиях проведения торгов по продаже имущества должника, </w:t>
      </w:r>
      <w:r w:rsidR="00531BDB" w:rsidRPr="00E159EB">
        <w:rPr>
          <w:rFonts w:cs="Times New Roman"/>
          <w:lang w:val="ru-RU"/>
        </w:rPr>
        <w:t xml:space="preserve">утвержденного в порядке п.1 ст. 213.26. Федерального закона № 127-ФЗ «О несостоятельности (банкротстве), </w:t>
      </w:r>
      <w:r w:rsidRPr="00E159EB">
        <w:rPr>
          <w:rFonts w:cs="Times New Roman"/>
          <w:lang w:val="ru-RU"/>
        </w:rPr>
        <w:t xml:space="preserve">Протоколом об определении участников торгов № ______ от «__» ________ 2026 г., итоговым Протоколом о результатах торгов № _______ от «__» ________ 2026 г. (шаг № 1 - торги в форме аукциона с открытой формой представления предложений о цене), Сообщением № ______ от «__» ________ 2026 г., опубликованным в Едином федеральном реестре сведений о банкротстве, а также сведениями о проведении торгов на электронной торговой площадке АО «Центр дистанционных торгов» (ЦДТ), продает, а Покупатель покупает </w:t>
      </w:r>
      <w:r w:rsidRPr="009A0BF0">
        <w:rPr>
          <w:rFonts w:cs="Times New Roman"/>
          <w:b/>
          <w:lang w:val="ru-RU"/>
        </w:rPr>
        <w:t>ТРАНСПОРТНОЕ СРЕДСТВО:</w:t>
      </w:r>
    </w:p>
    <w:p w:rsidR="008A1FBD" w:rsidRPr="009A0BF0" w:rsidRDefault="007D0B17">
      <w:pPr>
        <w:spacing w:after="0"/>
        <w:ind w:firstLine="709"/>
        <w:rPr>
          <w:rFonts w:cs="Times New Roman"/>
          <w:b/>
          <w:lang w:val="ru-RU"/>
        </w:rPr>
      </w:pPr>
      <w:r w:rsidRPr="009A0BF0">
        <w:rPr>
          <w:rFonts w:cs="Times New Roman"/>
          <w:b/>
          <w:lang w:val="ru-RU"/>
        </w:rPr>
        <w:t xml:space="preserve">Наименование и марка машины: </w:t>
      </w:r>
      <w:r w:rsidR="002F122E" w:rsidRPr="009A0BF0">
        <w:rPr>
          <w:rFonts w:cs="Times New Roman"/>
          <w:b/>
        </w:rPr>
        <w:t>Nissan</w:t>
      </w:r>
      <w:r w:rsidR="002F122E" w:rsidRPr="009A0BF0">
        <w:rPr>
          <w:rFonts w:cs="Times New Roman"/>
          <w:b/>
          <w:lang w:val="ru-RU"/>
        </w:rPr>
        <w:t xml:space="preserve"> </w:t>
      </w:r>
      <w:r w:rsidR="002F122E" w:rsidRPr="009A0BF0">
        <w:rPr>
          <w:rFonts w:cs="Times New Roman"/>
          <w:b/>
        </w:rPr>
        <w:t>Qashqai</w:t>
      </w:r>
    </w:p>
    <w:p w:rsidR="008A1FBD" w:rsidRPr="009A0BF0" w:rsidRDefault="007D0B17">
      <w:pPr>
        <w:spacing w:after="0"/>
        <w:ind w:firstLine="709"/>
        <w:rPr>
          <w:rFonts w:cs="Times New Roman"/>
          <w:b/>
          <w:lang w:val="ru-RU"/>
        </w:rPr>
      </w:pPr>
      <w:r w:rsidRPr="009A0BF0">
        <w:rPr>
          <w:rFonts w:cs="Times New Roman"/>
          <w:b/>
          <w:lang w:val="ru-RU"/>
        </w:rPr>
        <w:t>Год выпуска: 20</w:t>
      </w:r>
      <w:r w:rsidR="002F122E" w:rsidRPr="009A0BF0">
        <w:rPr>
          <w:rFonts w:cs="Times New Roman"/>
          <w:b/>
          <w:lang w:val="ru-RU"/>
        </w:rPr>
        <w:t>21</w:t>
      </w:r>
    </w:p>
    <w:p w:rsidR="008A1FBD" w:rsidRPr="009A0BF0" w:rsidRDefault="007D0B17">
      <w:pPr>
        <w:spacing w:after="0"/>
        <w:ind w:firstLine="709"/>
        <w:rPr>
          <w:rFonts w:cs="Times New Roman"/>
          <w:b/>
          <w:lang w:val="ru-RU"/>
        </w:rPr>
      </w:pPr>
      <w:r w:rsidRPr="009A0BF0">
        <w:rPr>
          <w:rFonts w:cs="Times New Roman"/>
          <w:b/>
          <w:lang w:val="ru-RU"/>
        </w:rPr>
        <w:t xml:space="preserve">Модель, № двигателя </w:t>
      </w:r>
      <w:r w:rsidR="002F122E" w:rsidRPr="009A0BF0">
        <w:rPr>
          <w:rFonts w:eastAsiaTheme="minorEastAsia" w:cs="Times New Roman"/>
          <w:b/>
          <w:lang w:val="ru-RU"/>
        </w:rPr>
        <w:t>MR20706722W</w:t>
      </w:r>
    </w:p>
    <w:p w:rsidR="008A1FBD" w:rsidRPr="009A0BF0" w:rsidRDefault="007D0B17">
      <w:pPr>
        <w:spacing w:after="0"/>
        <w:ind w:firstLine="709"/>
        <w:rPr>
          <w:rFonts w:cs="Times New Roman"/>
          <w:b/>
          <w:lang w:val="ru-RU"/>
        </w:rPr>
      </w:pPr>
      <w:r w:rsidRPr="009A0BF0">
        <w:rPr>
          <w:rFonts w:cs="Times New Roman"/>
          <w:b/>
          <w:lang w:val="ru-RU"/>
        </w:rPr>
        <w:t xml:space="preserve">Шасси (рама): </w:t>
      </w:r>
      <w:proofErr w:type="spellStart"/>
      <w:r w:rsidR="002F122E" w:rsidRPr="009A0BF0">
        <w:rPr>
          <w:rFonts w:cs="Times New Roman"/>
          <w:b/>
          <w:lang w:val="ru-RU"/>
        </w:rPr>
        <w:t>отсутсвтует</w:t>
      </w:r>
      <w:proofErr w:type="spellEnd"/>
    </w:p>
    <w:p w:rsidR="008A1FBD" w:rsidRPr="009A0BF0" w:rsidRDefault="007D0B17">
      <w:pPr>
        <w:spacing w:after="0"/>
        <w:ind w:firstLine="709"/>
        <w:rPr>
          <w:rFonts w:cs="Times New Roman"/>
          <w:b/>
          <w:lang w:val="ru-RU"/>
        </w:rPr>
      </w:pPr>
      <w:r w:rsidRPr="009A0BF0">
        <w:rPr>
          <w:rFonts w:cs="Times New Roman"/>
          <w:b/>
          <w:lang w:val="ru-RU"/>
        </w:rPr>
        <w:t xml:space="preserve">Кузов №: </w:t>
      </w:r>
      <w:r w:rsidR="002F122E" w:rsidRPr="009A0BF0">
        <w:rPr>
          <w:rFonts w:eastAsiaTheme="minorEastAsia" w:cs="Times New Roman"/>
          <w:b/>
          <w:lang w:val="ru-RU"/>
        </w:rPr>
        <w:t>Z8NFBNJ11ES129569</w:t>
      </w:r>
    </w:p>
    <w:p w:rsidR="008A1FBD" w:rsidRPr="009A0BF0" w:rsidRDefault="007D0B17">
      <w:pPr>
        <w:spacing w:after="0"/>
        <w:ind w:firstLine="709"/>
        <w:rPr>
          <w:rFonts w:cs="Times New Roman"/>
          <w:b/>
          <w:lang w:val="ru-RU"/>
        </w:rPr>
      </w:pPr>
      <w:r w:rsidRPr="009A0BF0">
        <w:rPr>
          <w:rFonts w:cs="Times New Roman"/>
          <w:b/>
          <w:lang w:val="ru-RU"/>
        </w:rPr>
        <w:t xml:space="preserve">Цвет: </w:t>
      </w:r>
      <w:r w:rsidR="002F122E" w:rsidRPr="009A0BF0">
        <w:rPr>
          <w:rFonts w:cs="Times New Roman"/>
          <w:b/>
          <w:lang w:val="ru-RU"/>
        </w:rPr>
        <w:t>серый</w:t>
      </w:r>
    </w:p>
    <w:p w:rsidR="008A1FBD" w:rsidRPr="009A0BF0" w:rsidRDefault="007D0B17">
      <w:pPr>
        <w:spacing w:after="0"/>
        <w:ind w:firstLine="709"/>
        <w:rPr>
          <w:rFonts w:cs="Times New Roman"/>
          <w:b/>
          <w:lang w:val="ru-RU"/>
        </w:rPr>
      </w:pPr>
      <w:r w:rsidRPr="009A0BF0">
        <w:rPr>
          <w:rFonts w:cs="Times New Roman"/>
          <w:b/>
          <w:lang w:val="ru-RU"/>
        </w:rPr>
        <w:t>Мощность двигателя</w:t>
      </w:r>
      <w:r w:rsidR="002F122E" w:rsidRPr="009A0BF0">
        <w:rPr>
          <w:rFonts w:cs="Times New Roman"/>
          <w:b/>
          <w:lang w:val="ru-RU"/>
        </w:rPr>
        <w:t>,</w:t>
      </w:r>
      <w:r w:rsidRPr="009A0BF0">
        <w:rPr>
          <w:rFonts w:cs="Times New Roman"/>
          <w:b/>
          <w:lang w:val="ru-RU"/>
        </w:rPr>
        <w:t xml:space="preserve"> (кВт): </w:t>
      </w:r>
      <w:r w:rsidR="002F122E" w:rsidRPr="009A0BF0">
        <w:rPr>
          <w:rFonts w:cs="Times New Roman"/>
          <w:b/>
          <w:lang w:val="ru-RU"/>
        </w:rPr>
        <w:t>106</w:t>
      </w:r>
    </w:p>
    <w:p w:rsidR="008A1FBD" w:rsidRPr="009A0BF0" w:rsidRDefault="007D0B17">
      <w:pPr>
        <w:spacing w:after="120"/>
        <w:ind w:firstLine="709"/>
        <w:rPr>
          <w:rFonts w:cs="Times New Roman"/>
          <w:b/>
          <w:lang w:val="ru-RU"/>
        </w:rPr>
      </w:pPr>
      <w:r w:rsidRPr="009A0BF0">
        <w:rPr>
          <w:rFonts w:cs="Times New Roman"/>
          <w:b/>
          <w:lang w:val="ru-RU"/>
        </w:rPr>
        <w:t xml:space="preserve">Рабочий объем двигателя, куб. см.: </w:t>
      </w:r>
      <w:r w:rsidR="002F122E" w:rsidRPr="009A0BF0">
        <w:rPr>
          <w:rFonts w:cs="Times New Roman"/>
          <w:b/>
          <w:lang w:val="ru-RU"/>
        </w:rPr>
        <w:t>1997</w:t>
      </w:r>
    </w:p>
    <w:p w:rsidR="008A1FBD" w:rsidRPr="00E159EB" w:rsidRDefault="007D0B17">
      <w:pPr>
        <w:spacing w:after="120"/>
        <w:ind w:firstLine="709"/>
        <w:rPr>
          <w:rFonts w:cs="Times New Roman"/>
          <w:lang w:val="ru-RU"/>
        </w:rPr>
      </w:pPr>
      <w:r w:rsidRPr="00E159EB">
        <w:rPr>
          <w:rFonts w:cs="Times New Roman"/>
          <w:lang w:val="ru-RU"/>
        </w:rPr>
        <w:t xml:space="preserve">2. Право собственности Продавца на Транспортное средство подтверждено </w:t>
      </w:r>
      <w:r w:rsidR="002F122E" w:rsidRPr="00E159EB">
        <w:rPr>
          <w:rFonts w:cs="Times New Roman"/>
          <w:lang w:val="ru-RU"/>
        </w:rPr>
        <w:t>выпиской из Электронного п</w:t>
      </w:r>
      <w:r w:rsidRPr="00E159EB">
        <w:rPr>
          <w:rFonts w:cs="Times New Roman"/>
          <w:lang w:val="ru-RU"/>
        </w:rPr>
        <w:t>аспорт</w:t>
      </w:r>
      <w:r w:rsidR="002F122E" w:rsidRPr="00E159EB">
        <w:rPr>
          <w:rFonts w:cs="Times New Roman"/>
          <w:lang w:val="ru-RU"/>
        </w:rPr>
        <w:t>а</w:t>
      </w:r>
      <w:r w:rsidRPr="00E159EB">
        <w:rPr>
          <w:rFonts w:cs="Times New Roman"/>
          <w:lang w:val="ru-RU"/>
        </w:rPr>
        <w:t xml:space="preserve"> транспортного средства </w:t>
      </w:r>
      <w:r w:rsidR="002F122E" w:rsidRPr="00E159EB">
        <w:rPr>
          <w:rFonts w:cs="Times New Roman"/>
          <w:lang w:val="ru-RU"/>
        </w:rPr>
        <w:t>164301026457755</w:t>
      </w:r>
      <w:r w:rsidR="002F122E" w:rsidRPr="00E159EB" w:rsidDel="002F122E">
        <w:rPr>
          <w:rFonts w:cs="Times New Roman"/>
          <w:lang w:val="ru-RU"/>
        </w:rPr>
        <w:t xml:space="preserve"> </w:t>
      </w:r>
      <w:r w:rsidRPr="00E159EB">
        <w:rPr>
          <w:rFonts w:cs="Times New Roman"/>
          <w:lang w:val="ru-RU"/>
        </w:rPr>
        <w:t xml:space="preserve">от </w:t>
      </w:r>
      <w:r w:rsidR="002F122E" w:rsidRPr="00E159EB">
        <w:rPr>
          <w:rFonts w:cs="Times New Roman"/>
          <w:lang w:val="ru-RU"/>
        </w:rPr>
        <w:t>17.05.2021 г.</w:t>
      </w:r>
    </w:p>
    <w:p w:rsidR="008A1FBD" w:rsidRPr="00E159EB" w:rsidRDefault="002F122E">
      <w:pPr>
        <w:spacing w:after="120"/>
        <w:ind w:firstLine="709"/>
        <w:rPr>
          <w:rFonts w:cs="Times New Roman"/>
          <w:lang w:val="ru-RU"/>
        </w:rPr>
      </w:pPr>
      <w:r w:rsidRPr="00E159EB">
        <w:rPr>
          <w:rFonts w:cs="Times New Roman"/>
          <w:lang w:val="ru-RU"/>
        </w:rPr>
        <w:t>3</w:t>
      </w:r>
      <w:r w:rsidR="007D0B17" w:rsidRPr="00E159EB">
        <w:rPr>
          <w:rFonts w:cs="Times New Roman"/>
          <w:lang w:val="ru-RU"/>
        </w:rPr>
        <w:t>. Продавец уведомляет, что на момент подписания настоящего Договора указанное транспортное средство (номерной агрегат) не продано, не отчуждено каким-либо иным способом,</w:t>
      </w:r>
      <w:r w:rsidR="0017162F" w:rsidRPr="00E159EB">
        <w:rPr>
          <w:rFonts w:cs="Times New Roman"/>
          <w:lang w:val="ru-RU"/>
        </w:rPr>
        <w:t xml:space="preserve"> не находится в залоге, </w:t>
      </w:r>
      <w:bookmarkStart w:id="0" w:name="_GoBack"/>
      <w:bookmarkEnd w:id="0"/>
      <w:r w:rsidR="007D0B17" w:rsidRPr="00E159EB">
        <w:rPr>
          <w:rFonts w:cs="Times New Roman"/>
          <w:lang w:val="ru-RU"/>
        </w:rPr>
        <w:t>не находится в споре. На отчуждаемое Транспортное средство (номерной агрегат) отсутствуют притязания либо права третьих лиц</w:t>
      </w:r>
    </w:p>
    <w:p w:rsidR="008A1FBD" w:rsidRPr="00E159EB" w:rsidRDefault="007D0B17">
      <w:pPr>
        <w:jc w:val="center"/>
        <w:rPr>
          <w:rFonts w:cs="Times New Roman"/>
          <w:lang w:val="ru-RU"/>
        </w:rPr>
      </w:pPr>
      <w:r w:rsidRPr="00E159EB">
        <w:rPr>
          <w:rFonts w:cs="Times New Roman"/>
          <w:b/>
          <w:lang w:val="ru-RU"/>
        </w:rPr>
        <w:t>ЦЕНА И ПОРЯДОК РАСЧЕТОВ</w:t>
      </w:r>
    </w:p>
    <w:p w:rsidR="008A1FBD" w:rsidRPr="00E159EB" w:rsidRDefault="007D0B17">
      <w:pPr>
        <w:spacing w:after="120"/>
        <w:ind w:firstLine="709"/>
        <w:rPr>
          <w:rFonts w:cs="Times New Roman"/>
          <w:lang w:val="ru-RU"/>
        </w:rPr>
      </w:pPr>
      <w:r w:rsidRPr="00E159EB">
        <w:rPr>
          <w:rFonts w:cs="Times New Roman"/>
          <w:lang w:val="ru-RU"/>
        </w:rPr>
        <w:lastRenderedPageBreak/>
        <w:t>4. Стоимость продаваемого по настоящему договору ТРАНСПОРТНОГО СРЕДСТВА составляет ________ (______________) руб. ___ коп.</w:t>
      </w:r>
    </w:p>
    <w:p w:rsidR="008A1FBD" w:rsidRPr="00E159EB" w:rsidRDefault="007D0B17">
      <w:pPr>
        <w:spacing w:after="0"/>
        <w:ind w:firstLine="709"/>
        <w:rPr>
          <w:rFonts w:cs="Times New Roman"/>
          <w:lang w:val="ru-RU"/>
        </w:rPr>
      </w:pPr>
      <w:r w:rsidRPr="00E159EB">
        <w:rPr>
          <w:rFonts w:cs="Times New Roman"/>
          <w:lang w:val="ru-RU"/>
        </w:rPr>
        <w:t>5. Расчеты за ТРАНСПОРТНОЕ СРЕДСТВО производятся в следующем порядке:</w:t>
      </w:r>
    </w:p>
    <w:p w:rsidR="008A1FBD" w:rsidRPr="00E159EB" w:rsidRDefault="007D0B17">
      <w:pPr>
        <w:spacing w:after="0"/>
        <w:ind w:firstLine="709"/>
        <w:rPr>
          <w:rFonts w:cs="Times New Roman"/>
          <w:lang w:val="ru-RU"/>
        </w:rPr>
      </w:pPr>
      <w:r w:rsidRPr="00E159EB">
        <w:rPr>
          <w:rFonts w:cs="Times New Roman"/>
          <w:lang w:val="ru-RU"/>
        </w:rPr>
        <w:t>5.1. Денежные средства в сумме _________ руб. __ коп</w:t>
      </w:r>
      <w:proofErr w:type="gramStart"/>
      <w:r w:rsidRPr="00E159EB">
        <w:rPr>
          <w:rFonts w:cs="Times New Roman"/>
          <w:lang w:val="ru-RU"/>
        </w:rPr>
        <w:t>.</w:t>
      </w:r>
      <w:proofErr w:type="gramEnd"/>
      <w:r w:rsidRPr="00E159EB">
        <w:rPr>
          <w:rFonts w:cs="Times New Roman"/>
          <w:lang w:val="ru-RU"/>
        </w:rPr>
        <w:t xml:space="preserve"> оплачены в качестве задатка на Торгах № _______ до подписания настоящего Договора купли-продажи;</w:t>
      </w:r>
    </w:p>
    <w:p w:rsidR="008A1FBD" w:rsidRPr="00E159EB" w:rsidRDefault="007D0B17">
      <w:pPr>
        <w:spacing w:after="0"/>
        <w:ind w:firstLine="709"/>
        <w:rPr>
          <w:rFonts w:cs="Times New Roman"/>
          <w:lang w:val="ru-RU"/>
        </w:rPr>
      </w:pPr>
      <w:r w:rsidRPr="00E159EB">
        <w:rPr>
          <w:rFonts w:cs="Times New Roman"/>
          <w:lang w:val="ru-RU"/>
        </w:rPr>
        <w:t>5.2. Оставшаяся сумма в размере ________ руб. __ коп. оплачивается Покупателем в течение 30 (Тридцати) календарных дней с момента подписания настоящего Договора, посредством перечисления соответствующих денежных средств на банковский счет Продавца;</w:t>
      </w:r>
    </w:p>
    <w:p w:rsidR="008A1FBD" w:rsidRPr="00E159EB" w:rsidRDefault="007D0B17">
      <w:pPr>
        <w:spacing w:after="120"/>
        <w:ind w:firstLine="709"/>
        <w:rPr>
          <w:rFonts w:cs="Times New Roman"/>
          <w:lang w:val="ru-RU"/>
        </w:rPr>
      </w:pPr>
      <w:r w:rsidRPr="00E159EB">
        <w:rPr>
          <w:rFonts w:cs="Times New Roman"/>
          <w:lang w:val="ru-RU"/>
        </w:rPr>
        <w:t>5.3. Все расходы по государственной регистрации перехода права собственности несет Покупатель. Данные расходы не включаются в стоимость Транспортного средства, указанную в п. 4 настоящего Договора, и уплачиваются по мере необходимости.</w:t>
      </w:r>
    </w:p>
    <w:p w:rsidR="008A1FBD" w:rsidRPr="00E159EB" w:rsidRDefault="007D0B17">
      <w:pPr>
        <w:spacing w:after="120"/>
        <w:ind w:firstLine="709"/>
        <w:rPr>
          <w:rFonts w:cs="Times New Roman"/>
          <w:lang w:val="ru-RU"/>
        </w:rPr>
      </w:pPr>
      <w:r w:rsidRPr="00E159EB">
        <w:rPr>
          <w:rFonts w:cs="Times New Roman"/>
          <w:lang w:val="ru-RU"/>
        </w:rPr>
        <w:t>6. В случае неоплаты цены, указанной в п. 5.2 настоящего Договора, Договор считается расторгнутым по истечении 30 (Тридцати) календарных дней с момента его подписания, если иное не будет согласовано сторонами письменно.</w:t>
      </w:r>
    </w:p>
    <w:p w:rsidR="008A1FBD" w:rsidRPr="00E159EB" w:rsidRDefault="007D0B17">
      <w:pPr>
        <w:jc w:val="center"/>
        <w:rPr>
          <w:rFonts w:cs="Times New Roman"/>
          <w:lang w:val="ru-RU"/>
        </w:rPr>
      </w:pPr>
      <w:r w:rsidRPr="00E159EB">
        <w:rPr>
          <w:rFonts w:cs="Times New Roman"/>
          <w:b/>
          <w:lang w:val="ru-RU"/>
        </w:rPr>
        <w:t>ПЕРЕДАЧА ИМУЩЕСТВА. ГОСУДАРСТВЕННАЯ РЕГИСТРАЦИЯ ПЕРЕХОДА ПРАВА СОБСТВЕННОСТИ</w:t>
      </w:r>
    </w:p>
    <w:p w:rsidR="008A1FBD" w:rsidRPr="00E159EB" w:rsidRDefault="007D0B17">
      <w:pPr>
        <w:spacing w:after="0"/>
        <w:ind w:firstLine="709"/>
        <w:rPr>
          <w:rFonts w:cs="Times New Roman"/>
          <w:lang w:val="ru-RU"/>
        </w:rPr>
      </w:pPr>
      <w:r w:rsidRPr="00E159EB">
        <w:rPr>
          <w:rFonts w:cs="Times New Roman"/>
          <w:lang w:val="ru-RU"/>
        </w:rPr>
        <w:t>7. Стороны настоящего Договора пришли к соглашению о том, что Транспортное средство передается Покупателю по месту его нахождения после полной оплаты, в соответствии с п. 5.2 настоящего Договора.</w:t>
      </w:r>
    </w:p>
    <w:p w:rsidR="008A1FBD" w:rsidRPr="00E159EB" w:rsidRDefault="007D0B17">
      <w:pPr>
        <w:spacing w:after="0"/>
        <w:ind w:firstLine="709"/>
        <w:rPr>
          <w:rFonts w:cs="Times New Roman"/>
          <w:lang w:val="ru-RU"/>
        </w:rPr>
      </w:pPr>
      <w:r w:rsidRPr="00E159EB">
        <w:rPr>
          <w:rFonts w:cs="Times New Roman"/>
          <w:lang w:val="ru-RU"/>
        </w:rPr>
        <w:t>8. Передача Транспортного средства осуществляется по Акту приема-передачи Транспортного средства в течение 5 (Пяти) рабочих дней с даты поступления полной оплаты на счет Продавца.</w:t>
      </w:r>
    </w:p>
    <w:p w:rsidR="008A1FBD" w:rsidRPr="00E159EB" w:rsidRDefault="007D0B17">
      <w:pPr>
        <w:spacing w:after="0"/>
        <w:ind w:firstLine="709"/>
        <w:rPr>
          <w:rFonts w:cs="Times New Roman"/>
          <w:lang w:val="ru-RU"/>
        </w:rPr>
      </w:pPr>
      <w:r w:rsidRPr="00E159EB">
        <w:rPr>
          <w:rFonts w:cs="Times New Roman"/>
          <w:lang w:val="ru-RU"/>
        </w:rPr>
        <w:t>9. Покупатель осмотрел Транспортное средство, принимает его в том состоянии, в каком оно находится в день подписания Договора. Претензии по состоянию Транспортного средства у Покупателя отсутствуют.</w:t>
      </w:r>
    </w:p>
    <w:p w:rsidR="008A1FBD" w:rsidRPr="00E159EB" w:rsidRDefault="007D0B17">
      <w:pPr>
        <w:spacing w:after="0"/>
        <w:ind w:firstLine="709"/>
        <w:rPr>
          <w:rFonts w:cs="Times New Roman"/>
          <w:lang w:val="ru-RU"/>
        </w:rPr>
      </w:pPr>
      <w:r w:rsidRPr="00E159EB">
        <w:rPr>
          <w:rFonts w:cs="Times New Roman"/>
          <w:lang w:val="ru-RU"/>
        </w:rPr>
        <w:t>10. Документы на государственную регистрацию перехода права собственности на Транспортное средство подаются Покупателем самостоятельно в срок не более 10 (Десяти) календарных дней с даты передачи Транспортного средства Покупателю по Акту приема-передачи.</w:t>
      </w:r>
    </w:p>
    <w:p w:rsidR="008A1FBD" w:rsidRPr="00E159EB" w:rsidRDefault="007D0B17" w:rsidP="007D0B17">
      <w:pPr>
        <w:spacing w:after="0"/>
        <w:ind w:firstLine="709"/>
        <w:rPr>
          <w:rFonts w:cs="Times New Roman"/>
          <w:lang w:val="ru-RU"/>
        </w:rPr>
      </w:pPr>
      <w:r w:rsidRPr="00E159EB">
        <w:rPr>
          <w:rFonts w:cs="Times New Roman"/>
          <w:lang w:val="ru-RU"/>
        </w:rPr>
        <w:t>10.1. В случае непредставления Покупателем документов на государственную регистрацию в срок, установленный пунктом 10 настоящего Договора, Финансовый управляющий (Про</w:t>
      </w:r>
      <w:r w:rsidR="00E159EB">
        <w:rPr>
          <w:rFonts w:cs="Times New Roman"/>
          <w:lang w:val="ru-RU"/>
        </w:rPr>
        <w:t>д</w:t>
      </w:r>
      <w:r w:rsidRPr="00E159EB">
        <w:rPr>
          <w:rFonts w:cs="Times New Roman"/>
          <w:lang w:val="ru-RU"/>
        </w:rPr>
        <w:t>авец) оставляет за собой право в одностороннем порядке подать документы на снятие с регистрационного учета проданного Транспортного средства. Покупатель осознает и принимает на себя все правовые риски, связанные со снятием Транспортного средства с регистрационного учета по инициативе Продавца (Финансового управляющего).</w:t>
      </w:r>
    </w:p>
    <w:p w:rsidR="008A1FBD" w:rsidRPr="00E159EB" w:rsidRDefault="007D0B17">
      <w:pPr>
        <w:spacing w:after="120"/>
        <w:ind w:firstLine="709"/>
        <w:rPr>
          <w:rFonts w:cs="Times New Roman"/>
          <w:lang w:val="ru-RU"/>
        </w:rPr>
      </w:pPr>
      <w:r w:rsidRPr="00E159EB">
        <w:rPr>
          <w:rFonts w:cs="Times New Roman"/>
          <w:lang w:val="ru-RU"/>
        </w:rPr>
        <w:t>11. Право собственности у Покупателя на приобретаемое по настоящему Договору Имущество возникает с момента государственной регистрации перехода права собственности к Покупателю.</w:t>
      </w:r>
    </w:p>
    <w:p w:rsidR="008A1FBD" w:rsidRPr="00E159EB" w:rsidRDefault="007D0B17">
      <w:pPr>
        <w:jc w:val="center"/>
        <w:rPr>
          <w:rFonts w:cs="Times New Roman"/>
          <w:lang w:val="ru-RU"/>
        </w:rPr>
      </w:pPr>
      <w:r w:rsidRPr="00E159EB">
        <w:rPr>
          <w:rFonts w:cs="Times New Roman"/>
          <w:b/>
          <w:lang w:val="ru-RU"/>
        </w:rPr>
        <w:t>РЕКВИЗИТЫ, ПОДПИСИ СТОРОН</w:t>
      </w:r>
    </w:p>
    <w:p w:rsidR="008A1FBD" w:rsidRPr="00E159EB" w:rsidRDefault="007D0B17">
      <w:pPr>
        <w:spacing w:after="0"/>
        <w:rPr>
          <w:rFonts w:cs="Times New Roman"/>
          <w:lang w:val="ru-RU"/>
        </w:rPr>
      </w:pPr>
      <w:r w:rsidRPr="00E159EB">
        <w:rPr>
          <w:rFonts w:cs="Times New Roman"/>
          <w:b/>
          <w:lang w:val="ru-RU"/>
        </w:rPr>
        <w:t>Продавец:</w:t>
      </w:r>
    </w:p>
    <w:p w:rsidR="008A1FBD" w:rsidRPr="00E159EB" w:rsidRDefault="00007396">
      <w:pPr>
        <w:spacing w:after="0"/>
        <w:rPr>
          <w:rFonts w:cs="Times New Roman"/>
          <w:b/>
          <w:lang w:val="ru-RU"/>
        </w:rPr>
      </w:pPr>
      <w:r w:rsidRPr="00E159EB">
        <w:rPr>
          <w:rFonts w:cs="Times New Roman"/>
          <w:b/>
          <w:lang w:val="ru-RU"/>
        </w:rPr>
        <w:t>Соколов Денис Вячеславович</w:t>
      </w:r>
    </w:p>
    <w:p w:rsidR="00007396" w:rsidRPr="00E159EB" w:rsidRDefault="00007396">
      <w:pPr>
        <w:spacing w:after="120"/>
        <w:rPr>
          <w:rFonts w:cs="Times New Roman"/>
          <w:lang w:val="ru-RU"/>
        </w:rPr>
      </w:pPr>
      <w:r w:rsidRPr="00E159EB">
        <w:rPr>
          <w:rFonts w:cs="Times New Roman"/>
          <w:lang w:val="ru-RU"/>
        </w:rPr>
        <w:t>Дата рождения: 18.11.1988 г.р., регистрация по месту жительства: 420032 г. Казань, ул. </w:t>
      </w:r>
      <w:proofErr w:type="spellStart"/>
      <w:r w:rsidRPr="00E159EB">
        <w:rPr>
          <w:rFonts w:cs="Times New Roman"/>
          <w:lang w:val="ru-RU"/>
        </w:rPr>
        <w:t>Краснококшайская</w:t>
      </w:r>
      <w:proofErr w:type="spellEnd"/>
      <w:r w:rsidRPr="00E159EB">
        <w:rPr>
          <w:rFonts w:cs="Times New Roman"/>
          <w:lang w:val="ru-RU"/>
        </w:rPr>
        <w:t>, д.84Б, к.2, кв.76,</w:t>
      </w:r>
    </w:p>
    <w:p w:rsidR="007D0B17" w:rsidRPr="00E159EB" w:rsidRDefault="00007396">
      <w:pPr>
        <w:spacing w:after="120"/>
        <w:rPr>
          <w:rFonts w:cs="Times New Roman"/>
          <w:lang w:val="ru-RU"/>
        </w:rPr>
      </w:pPr>
      <w:r w:rsidRPr="00E159EB">
        <w:rPr>
          <w:rFonts w:cs="Times New Roman"/>
          <w:lang w:val="ru-RU"/>
        </w:rPr>
        <w:t>Паспорт РФ: серия ____ № ________, выдан ______________________, дата выдачи «__» ________ ____ г., код подразделения ______</w:t>
      </w:r>
      <w:r w:rsidR="007D0B17" w:rsidRPr="00E159EB">
        <w:rPr>
          <w:rFonts w:cs="Times New Roman"/>
          <w:lang w:val="ru-RU"/>
        </w:rPr>
        <w:t xml:space="preserve"> </w:t>
      </w:r>
    </w:p>
    <w:p w:rsidR="008A1FBD" w:rsidRPr="00E159EB" w:rsidRDefault="007D0B17">
      <w:pPr>
        <w:spacing w:after="120"/>
        <w:rPr>
          <w:rFonts w:cs="Times New Roman"/>
          <w:lang w:val="ru-RU"/>
        </w:rPr>
      </w:pPr>
      <w:r w:rsidRPr="00E159EB">
        <w:rPr>
          <w:rFonts w:cs="Times New Roman"/>
          <w:b/>
          <w:lang w:val="ru-RU"/>
        </w:rPr>
        <w:t>в лице финансового управляющего Холкина Сергея Борисовича</w:t>
      </w:r>
      <w:r w:rsidRPr="00E159EB">
        <w:rPr>
          <w:rFonts w:cs="Times New Roman"/>
          <w:lang w:val="ru-RU"/>
        </w:rPr>
        <w:t>.</w:t>
      </w:r>
    </w:p>
    <w:p w:rsidR="008A1FBD" w:rsidRPr="00E159EB" w:rsidRDefault="007D0B17">
      <w:pPr>
        <w:spacing w:after="0"/>
        <w:rPr>
          <w:rFonts w:cs="Times New Roman"/>
          <w:lang w:val="ru-RU"/>
        </w:rPr>
      </w:pPr>
      <w:r w:rsidRPr="00E159EB">
        <w:rPr>
          <w:rFonts w:cs="Times New Roman"/>
          <w:b/>
          <w:lang w:val="ru-RU"/>
        </w:rPr>
        <w:t>Банковские реквизиты:</w:t>
      </w:r>
    </w:p>
    <w:p w:rsidR="008A1FBD" w:rsidRPr="00E159EB" w:rsidRDefault="007D0B17">
      <w:pPr>
        <w:spacing w:after="0"/>
        <w:rPr>
          <w:rFonts w:cs="Times New Roman"/>
          <w:lang w:val="ru-RU"/>
        </w:rPr>
      </w:pPr>
      <w:r w:rsidRPr="00E159EB">
        <w:rPr>
          <w:rFonts w:cs="Times New Roman"/>
          <w:lang w:val="ru-RU"/>
        </w:rPr>
        <w:t xml:space="preserve">Получатель платежа: </w:t>
      </w:r>
      <w:r w:rsidR="00007396" w:rsidRPr="00E159EB">
        <w:rPr>
          <w:rFonts w:cs="Times New Roman"/>
          <w:lang w:val="ru-RU"/>
        </w:rPr>
        <w:t>Соколов Денис Вячеславович</w:t>
      </w:r>
      <w:r w:rsidRPr="00E159EB">
        <w:rPr>
          <w:rFonts w:cs="Times New Roman"/>
          <w:lang w:val="ru-RU"/>
        </w:rPr>
        <w:t>.</w:t>
      </w:r>
    </w:p>
    <w:p w:rsidR="008A1FBD" w:rsidRPr="00E159EB" w:rsidRDefault="007D0B17">
      <w:pPr>
        <w:spacing w:after="0"/>
        <w:rPr>
          <w:rFonts w:cs="Times New Roman"/>
          <w:lang w:val="ru-RU"/>
        </w:rPr>
      </w:pPr>
      <w:r w:rsidRPr="00E159EB">
        <w:rPr>
          <w:rFonts w:cs="Times New Roman"/>
          <w:lang w:val="ru-RU"/>
        </w:rPr>
        <w:t xml:space="preserve">Счет № </w:t>
      </w:r>
      <w:r w:rsidR="00007396" w:rsidRPr="00E159EB">
        <w:rPr>
          <w:rFonts w:cs="Times New Roman"/>
          <w:color w:val="000000"/>
          <w:lang w:val="ru-RU"/>
        </w:rPr>
        <w:t>40817810010009731784</w:t>
      </w:r>
      <w:r w:rsidR="00007396" w:rsidRPr="00E159EB">
        <w:rPr>
          <w:rFonts w:cs="Times New Roman"/>
          <w:color w:val="000000"/>
          <w:lang w:val="ru-RU"/>
        </w:rPr>
        <w:t xml:space="preserve"> </w:t>
      </w:r>
      <w:r w:rsidRPr="00E159EB">
        <w:rPr>
          <w:rFonts w:cs="Times New Roman"/>
          <w:lang w:val="ru-RU"/>
        </w:rPr>
        <w:t xml:space="preserve">в </w:t>
      </w:r>
      <w:r w:rsidR="00007396" w:rsidRPr="00E159EB">
        <w:rPr>
          <w:rFonts w:cs="Times New Roman"/>
          <w:lang w:val="ru-RU"/>
        </w:rPr>
        <w:t>ПАО «Банк ВТБ»</w:t>
      </w:r>
      <w:r w:rsidR="00007396" w:rsidRPr="00E159EB">
        <w:rPr>
          <w:rFonts w:cs="Times New Roman"/>
          <w:lang w:val="ru-RU"/>
        </w:rPr>
        <w:t>.</w:t>
      </w:r>
    </w:p>
    <w:p w:rsidR="00E159EB" w:rsidRPr="00E159EB" w:rsidRDefault="00E159EB">
      <w:pPr>
        <w:spacing w:after="0"/>
        <w:rPr>
          <w:rFonts w:cs="Times New Roman"/>
          <w:lang w:val="ru-RU"/>
        </w:rPr>
      </w:pPr>
      <w:r w:rsidRPr="00E159EB">
        <w:rPr>
          <w:rFonts w:cs="Times New Roman"/>
          <w:lang w:val="ru-RU"/>
        </w:rPr>
        <w:t xml:space="preserve">ИНН/КПП банка </w:t>
      </w:r>
      <w:r w:rsidRPr="00E159EB">
        <w:rPr>
          <w:rFonts w:cs="Times New Roman"/>
          <w:lang w:val="ru-RU"/>
        </w:rPr>
        <w:t>7702070139</w:t>
      </w:r>
      <w:r w:rsidRPr="00E159EB">
        <w:rPr>
          <w:rFonts w:cs="Times New Roman"/>
          <w:lang w:val="ru-RU"/>
        </w:rPr>
        <w:t xml:space="preserve"> / </w:t>
      </w:r>
      <w:r w:rsidRPr="00E159EB">
        <w:rPr>
          <w:rFonts w:cs="Times New Roman"/>
        </w:rPr>
        <w:t>770943002</w:t>
      </w:r>
    </w:p>
    <w:p w:rsidR="008A1FBD" w:rsidRPr="00E159EB" w:rsidRDefault="007D0B17">
      <w:pPr>
        <w:spacing w:after="0"/>
        <w:rPr>
          <w:rFonts w:cs="Times New Roman"/>
          <w:lang w:val="ru-RU"/>
        </w:rPr>
      </w:pPr>
      <w:r w:rsidRPr="00E159EB">
        <w:rPr>
          <w:rFonts w:cs="Times New Roman"/>
          <w:lang w:val="ru-RU"/>
        </w:rPr>
        <w:t>Кор/счет</w:t>
      </w:r>
      <w:r w:rsidR="00E159EB" w:rsidRPr="00E159EB">
        <w:rPr>
          <w:rFonts w:cs="Times New Roman"/>
          <w:lang w:val="ru-RU"/>
        </w:rPr>
        <w:t xml:space="preserve"> №</w:t>
      </w:r>
      <w:r w:rsidRPr="00E159EB">
        <w:rPr>
          <w:rFonts w:cs="Times New Roman"/>
          <w:lang w:val="ru-RU"/>
        </w:rPr>
        <w:t xml:space="preserve"> </w:t>
      </w:r>
      <w:r w:rsidR="00E159EB" w:rsidRPr="00E159EB">
        <w:rPr>
          <w:rFonts w:cs="Times New Roman"/>
          <w:lang w:val="ru-RU"/>
        </w:rPr>
        <w:t xml:space="preserve">30101810145250000411 </w:t>
      </w:r>
    </w:p>
    <w:p w:rsidR="008A1FBD" w:rsidRPr="00E159EB" w:rsidRDefault="007D0B17">
      <w:pPr>
        <w:spacing w:after="120"/>
        <w:rPr>
          <w:rFonts w:cs="Times New Roman"/>
          <w:lang w:val="ru-RU"/>
        </w:rPr>
      </w:pPr>
      <w:r w:rsidRPr="00E159EB">
        <w:rPr>
          <w:rFonts w:cs="Times New Roman"/>
          <w:lang w:val="ru-RU"/>
        </w:rPr>
        <w:t xml:space="preserve">БИК </w:t>
      </w:r>
      <w:r w:rsidR="00E159EB" w:rsidRPr="00E159EB">
        <w:rPr>
          <w:rFonts w:cs="Times New Roman"/>
          <w:lang w:val="ru-RU"/>
        </w:rPr>
        <w:t>044525411</w:t>
      </w:r>
    </w:p>
    <w:p w:rsidR="008A1FBD" w:rsidRPr="00E159EB" w:rsidRDefault="007D0B17">
      <w:pPr>
        <w:spacing w:after="240"/>
        <w:rPr>
          <w:rFonts w:cs="Times New Roman"/>
          <w:b/>
          <w:lang w:val="ru-RU"/>
        </w:rPr>
      </w:pPr>
      <w:r w:rsidRPr="00E159EB">
        <w:rPr>
          <w:rFonts w:cs="Times New Roman"/>
          <w:b/>
          <w:lang w:val="ru-RU"/>
        </w:rPr>
        <w:t xml:space="preserve">Финансовый управляющий </w:t>
      </w:r>
      <w:r w:rsidR="00E159EB" w:rsidRPr="00E159EB">
        <w:rPr>
          <w:rFonts w:cs="Times New Roman"/>
          <w:b/>
          <w:lang w:val="ru-RU"/>
        </w:rPr>
        <w:t>Соколова Д.В.</w:t>
      </w:r>
      <w:r w:rsidRPr="00E159EB">
        <w:rPr>
          <w:rFonts w:cs="Times New Roman"/>
          <w:b/>
          <w:lang w:val="ru-RU"/>
        </w:rPr>
        <w:t xml:space="preserve">, на основании решения Арбитражного суда </w:t>
      </w:r>
      <w:r w:rsidR="00E159EB" w:rsidRPr="00E159EB">
        <w:rPr>
          <w:rFonts w:cs="Times New Roman"/>
          <w:b/>
          <w:lang w:val="ru-RU"/>
        </w:rPr>
        <w:t xml:space="preserve">Республики Татарстан </w:t>
      </w:r>
      <w:r w:rsidRPr="00E159EB">
        <w:rPr>
          <w:rFonts w:cs="Times New Roman"/>
          <w:b/>
          <w:lang w:val="ru-RU"/>
        </w:rPr>
        <w:t>по делу № А</w:t>
      </w:r>
      <w:r w:rsidR="00E159EB" w:rsidRPr="00E159EB">
        <w:rPr>
          <w:rFonts w:cs="Times New Roman"/>
          <w:b/>
          <w:lang w:val="ru-RU"/>
        </w:rPr>
        <w:t>65</w:t>
      </w:r>
      <w:r w:rsidRPr="00E159EB">
        <w:rPr>
          <w:rFonts w:cs="Times New Roman"/>
          <w:b/>
          <w:lang w:val="ru-RU"/>
        </w:rPr>
        <w:t>-</w:t>
      </w:r>
      <w:r w:rsidR="00E159EB" w:rsidRPr="00E159EB">
        <w:rPr>
          <w:rFonts w:cs="Times New Roman"/>
          <w:noProof/>
          <w:lang w:val="ru-RU"/>
        </w:rPr>
        <w:t>28840</w:t>
      </w:r>
      <w:r w:rsidRPr="00E159EB">
        <w:rPr>
          <w:rFonts w:cs="Times New Roman"/>
          <w:b/>
          <w:lang w:val="ru-RU"/>
        </w:rPr>
        <w:t>/</w:t>
      </w:r>
      <w:r w:rsidR="00E159EB" w:rsidRPr="00E159EB">
        <w:rPr>
          <w:rFonts w:cs="Times New Roman"/>
          <w:b/>
          <w:lang w:val="ru-RU"/>
        </w:rPr>
        <w:t>2024</w:t>
      </w:r>
      <w:r w:rsidR="00E159EB" w:rsidRPr="00E159EB">
        <w:rPr>
          <w:rFonts w:cs="Times New Roman"/>
          <w:b/>
          <w:lang w:val="ru-RU"/>
        </w:rPr>
        <w:t xml:space="preserve"> </w:t>
      </w:r>
      <w:r w:rsidRPr="00E159EB">
        <w:rPr>
          <w:rFonts w:cs="Times New Roman"/>
          <w:b/>
          <w:lang w:val="ru-RU"/>
        </w:rPr>
        <w:t xml:space="preserve">от </w:t>
      </w:r>
      <w:r w:rsidR="00E159EB" w:rsidRPr="00E159EB">
        <w:rPr>
          <w:rFonts w:cs="Times New Roman"/>
          <w:b/>
          <w:lang w:val="ru-RU"/>
        </w:rPr>
        <w:t>25.06.2025</w:t>
      </w:r>
      <w:r w:rsidRPr="00E159EB">
        <w:rPr>
          <w:rFonts w:cs="Times New Roman"/>
          <w:b/>
          <w:lang w:val="ru-RU"/>
        </w:rPr>
        <w:t xml:space="preserve"> г.</w:t>
      </w:r>
    </w:p>
    <w:p w:rsidR="008A1FBD" w:rsidRPr="00E159EB" w:rsidRDefault="007D0B17">
      <w:pPr>
        <w:rPr>
          <w:rFonts w:cs="Times New Roman"/>
          <w:b/>
          <w:lang w:val="ru-RU"/>
        </w:rPr>
      </w:pPr>
      <w:r w:rsidRPr="00E159EB">
        <w:rPr>
          <w:rFonts w:cs="Times New Roman"/>
          <w:b/>
          <w:lang w:val="ru-RU"/>
        </w:rPr>
        <w:t>___________________/С.Б. Холкин/</w:t>
      </w:r>
    </w:p>
    <w:p w:rsidR="008A1FBD" w:rsidRPr="00E159EB" w:rsidRDefault="008A1FBD">
      <w:pPr>
        <w:rPr>
          <w:rFonts w:cs="Times New Roman"/>
          <w:lang w:val="ru-RU"/>
        </w:rPr>
      </w:pPr>
    </w:p>
    <w:p w:rsidR="008A1FBD" w:rsidRPr="00E159EB" w:rsidRDefault="007D0B17">
      <w:pPr>
        <w:spacing w:after="0"/>
        <w:rPr>
          <w:rFonts w:cs="Times New Roman"/>
          <w:lang w:val="ru-RU"/>
        </w:rPr>
      </w:pPr>
      <w:r w:rsidRPr="00E159EB">
        <w:rPr>
          <w:rFonts w:cs="Times New Roman"/>
          <w:b/>
          <w:lang w:val="ru-RU"/>
        </w:rPr>
        <w:t>Покупатель:</w:t>
      </w:r>
    </w:p>
    <w:p w:rsidR="008A1FBD" w:rsidRPr="00E159EB" w:rsidRDefault="007D0B17">
      <w:pPr>
        <w:spacing w:after="0"/>
        <w:rPr>
          <w:rFonts w:cs="Times New Roman"/>
          <w:lang w:val="ru-RU"/>
        </w:rPr>
      </w:pPr>
      <w:r w:rsidRPr="00E159EB">
        <w:rPr>
          <w:rFonts w:cs="Times New Roman"/>
          <w:lang w:val="ru-RU"/>
        </w:rPr>
        <w:t>________________________________</w:t>
      </w:r>
    </w:p>
    <w:p w:rsidR="008A1FBD" w:rsidRPr="00E159EB" w:rsidRDefault="007D0B17">
      <w:pPr>
        <w:spacing w:after="240"/>
        <w:rPr>
          <w:rFonts w:cs="Times New Roman"/>
          <w:lang w:val="ru-RU"/>
        </w:rPr>
      </w:pPr>
      <w:r w:rsidRPr="00E159EB">
        <w:rPr>
          <w:rFonts w:cs="Times New Roman"/>
          <w:lang w:val="ru-RU"/>
        </w:rPr>
        <w:t>(дата рождения: ___</w:t>
      </w:r>
      <w:proofErr w:type="gramStart"/>
      <w:r w:rsidRPr="00E159EB">
        <w:rPr>
          <w:rFonts w:cs="Times New Roman"/>
          <w:lang w:val="ru-RU"/>
        </w:rPr>
        <w:t>_._</w:t>
      </w:r>
      <w:proofErr w:type="gramEnd"/>
      <w:r w:rsidRPr="00E159EB">
        <w:rPr>
          <w:rFonts w:cs="Times New Roman"/>
          <w:lang w:val="ru-RU"/>
        </w:rPr>
        <w:t>_._____ г.), паспорт: серия ____ № ________, выдан ______________________, дата выдачи «__» ________ ____ г., код подразделения ________, зарегистрирован(а) по адресу: ______________________________________________</w:t>
      </w:r>
    </w:p>
    <w:p w:rsidR="008A1FBD" w:rsidRPr="00E159EB" w:rsidRDefault="007D0B17">
      <w:pPr>
        <w:rPr>
          <w:rFonts w:cs="Times New Roman"/>
        </w:rPr>
      </w:pPr>
      <w:r w:rsidRPr="00E159EB">
        <w:rPr>
          <w:rFonts w:cs="Times New Roman"/>
        </w:rPr>
        <w:t>_______________________/____________/</w:t>
      </w:r>
    </w:p>
    <w:sectPr w:rsidR="008A1FBD" w:rsidRPr="00E159EB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07396"/>
    <w:rsid w:val="00034616"/>
    <w:rsid w:val="0006063C"/>
    <w:rsid w:val="0015074B"/>
    <w:rsid w:val="0017162F"/>
    <w:rsid w:val="0029639D"/>
    <w:rsid w:val="002F122E"/>
    <w:rsid w:val="00326F90"/>
    <w:rsid w:val="00531BDB"/>
    <w:rsid w:val="007D0B17"/>
    <w:rsid w:val="008A1FBD"/>
    <w:rsid w:val="009A0BF0"/>
    <w:rsid w:val="00AA1D8D"/>
    <w:rsid w:val="00B47730"/>
    <w:rsid w:val="00CB0664"/>
    <w:rsid w:val="00D21E12"/>
    <w:rsid w:val="00E159E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3C8E13"/>
  <w14:defaultImageDpi w14:val="300"/>
  <w15:docId w15:val="{6166D560-8CBD-4B08-8C03-601D9CF3A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531B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531BD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1F23867-2C69-44E8-A326-BB9F0385A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943</Words>
  <Characters>5378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6309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serg</cp:lastModifiedBy>
  <cp:revision>3</cp:revision>
  <dcterms:created xsi:type="dcterms:W3CDTF">2026-10-09T14:52:00Z</dcterms:created>
  <dcterms:modified xsi:type="dcterms:W3CDTF">2026-10-09T15:02:00Z</dcterms:modified>
  <cp:category/>
</cp:coreProperties>
</file>